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C5FFF"/>
          <w:sz w:val="36"/>
        </w:rPr>
        <w:t>科酷网 · 品牌入驻申请表</w:t>
      </w:r>
    </w:p>
    <w:p>
      <w:pPr>
        <w:jc w:val="center"/>
      </w:pPr>
      <w:r>
        <w:rPr>
          <w:color w:val="666F80"/>
          <w:sz w:val="18"/>
        </w:rPr>
        <w:t>国产科研仪器 / 试剂 / 耗材 招商平台   ·   okcol.com</w:t>
      </w:r>
    </w:p>
    <w:p/>
    <w:p>
      <w:r>
        <w:rPr>
          <w:b/>
        </w:rPr>
        <w:t>填表说明：</w:t>
      </w:r>
    </w:p>
    <w:p>
      <w:pPr>
        <w:spacing w:after="40"/>
        <w:ind w:left="280"/>
      </w:pPr>
      <w:r>
        <w:rPr>
          <w:sz w:val="19"/>
        </w:rPr>
        <w:t>1. 带 * 的为必填项；「公司名称」请填营业执照上的公司全称。</w:t>
      </w:r>
    </w:p>
    <w:p>
      <w:pPr>
        <w:spacing w:after="40"/>
        <w:ind w:left="280"/>
      </w:pPr>
      <w:r>
        <w:rPr>
          <w:sz w:val="19"/>
        </w:rPr>
        <w:t>2. 品牌 Logo、营业执照、微信二维码请随本表一并提供（图片 / PDF 均可）。</w:t>
      </w:r>
    </w:p>
    <w:p>
      <w:pPr>
        <w:spacing w:after="40"/>
        <w:ind w:left="280"/>
      </w:pPr>
      <w:r>
        <w:rPr>
          <w:sz w:val="19"/>
        </w:rPr>
        <w:t>3. 本表可直接发回给对接的招商顾问，或到官网首页「品牌入驻」在线提交（提交后立即开通厂家账号）。</w:t>
      </w:r>
    </w:p>
    <w:p>
      <w:pPr>
        <w:spacing w:after="40"/>
        <w:ind w:left="280"/>
      </w:pPr>
      <w:r>
        <w:rPr>
          <w:sz w:val="19"/>
        </w:rPr>
        <w:t>4. 平台仅把营业执照用于资质核验，不对外公开；微信二维码会在企业主页「联系方式」对外展示。</w:t>
      </w:r>
    </w:p>
    <w:p/>
    <w:p>
      <w:r>
        <w:rPr>
          <w:b/>
          <w:color w:val="111827"/>
          <w:sz w:val="24"/>
        </w:rPr>
        <w:t>一、品牌资料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00"/>
        <w:gridCol w:w="6600"/>
      </w:tblGrid>
      <w:tr>
        <w:tc>
          <w:tcPr>
            <w:tcW w:type="dxa" w:w="4320"/>
          </w:tcPr>
          <w:p>
            <w:r>
              <w:rPr>
                <w:b/>
                <w:sz w:val="20"/>
              </w:rPr>
              <w:t>填写项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填写内容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* 品牌 Logo（附件）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* 公司名称（营业执照全称）</w:t>
            </w:r>
          </w:p>
        </w:tc>
        <w:tc>
          <w:tcPr>
            <w:tcW w:type="dxa" w:w="4320"/>
          </w:tcPr>
          <w:p>
            <w:r/>
            <w:r>
              <w:rPr>
                <w:color w:val="8A93A5"/>
                <w:sz w:val="18"/>
              </w:rPr>
              <w:t>例：苏州环美生物医疗科技有限公司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* 品牌简称</w:t>
            </w:r>
          </w:p>
        </w:tc>
        <w:tc>
          <w:tcPr>
            <w:tcW w:type="dxa" w:w="4320"/>
          </w:tcPr>
          <w:p>
            <w:r/>
            <w:r>
              <w:rPr>
                <w:color w:val="8A93A5"/>
                <w:sz w:val="18"/>
              </w:rPr>
              <w:t>例：环美生物（16 字以内）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* 核心产品类型</w:t>
            </w:r>
          </w:p>
        </w:tc>
        <w:tc>
          <w:tcPr>
            <w:tcW w:type="dxa" w:w="4320"/>
          </w:tcPr>
          <w:p>
            <w:r/>
            <w:r>
              <w:rPr>
                <w:color w:val="8A93A5"/>
                <w:sz w:val="18"/>
              </w:rPr>
              <w:t>仪器类 / 试剂类 / 耗材类 / 科服类（选一类）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品牌官网</w:t>
            </w:r>
          </w:p>
        </w:tc>
        <w:tc>
          <w:tcPr>
            <w:tcW w:type="dxa" w:w="4320"/>
          </w:tcPr>
          <w:p>
            <w:r/>
            <w:r>
              <w:rPr>
                <w:color w:val="8A93A5"/>
                <w:sz w:val="18"/>
              </w:rPr>
              <w:t>选填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* 成立时间</w:t>
            </w:r>
          </w:p>
        </w:tc>
        <w:tc>
          <w:tcPr>
            <w:tcW w:type="dxa" w:w="4320"/>
          </w:tcPr>
          <w:p>
            <w:r/>
            <w:r>
              <w:rPr>
                <w:color w:val="8A93A5"/>
                <w:sz w:val="18"/>
              </w:rPr>
              <w:t>公司成立年份，例：2013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核心产品</w:t>
            </w:r>
          </w:p>
        </w:tc>
        <w:tc>
          <w:tcPr>
            <w:tcW w:type="dxa" w:w="4320"/>
          </w:tcPr>
          <w:p>
            <w:r/>
            <w:r>
              <w:rPr>
                <w:color w:val="8A93A5"/>
                <w:sz w:val="18"/>
              </w:rPr>
              <w:t>只填 1 个最核心的产品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核心竞争力（最多 3 条）</w:t>
            </w:r>
          </w:p>
        </w:tc>
        <w:tc>
          <w:tcPr>
            <w:tcW w:type="dxa" w:w="4320"/>
          </w:tcPr>
          <w:p>
            <w:r/>
            <w:r>
              <w:rPr>
                <w:color w:val="8A93A5"/>
                <w:sz w:val="18"/>
              </w:rPr>
              <w:t>每条 36 字以内，例：自营 5000㎡ 洁净厂房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* 公司简介</w:t>
            </w:r>
          </w:p>
        </w:tc>
        <w:tc>
          <w:tcPr>
            <w:tcW w:type="dxa" w:w="4320"/>
          </w:tcPr>
          <w:p>
            <w:r/>
            <w:r>
              <w:rPr>
                <w:color w:val="8A93A5"/>
                <w:sz w:val="18"/>
              </w:rPr>
              <w:t>公司定位 / 主营方向 / 产能资质 / 服务优势，不少于 20 字</w:t>
            </w:r>
          </w:p>
        </w:tc>
      </w:tr>
    </w:tbl>
    <w:p/>
    <w:p>
      <w:r>
        <w:rPr>
          <w:b/>
          <w:color w:val="111827"/>
          <w:sz w:val="24"/>
        </w:rPr>
        <w:t>二、企业与地区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00"/>
        <w:gridCol w:w="6600"/>
      </w:tblGrid>
      <w:tr>
        <w:tc>
          <w:tcPr>
            <w:tcW w:type="dxa" w:w="4320"/>
          </w:tcPr>
          <w:p>
            <w:r>
              <w:rPr>
                <w:b/>
                <w:sz w:val="20"/>
              </w:rPr>
              <w:t>填写项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填写内容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* 所在地区（公司所在地）</w:t>
            </w:r>
          </w:p>
        </w:tc>
        <w:tc>
          <w:tcPr>
            <w:tcW w:type="dxa" w:w="4320"/>
          </w:tcPr>
          <w:p>
            <w:r/>
            <w:r>
              <w:rPr>
                <w:color w:val="8A93A5"/>
                <w:sz w:val="18"/>
              </w:rPr>
              <w:t>大区 / 省 / 市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* 招商地区（想招代理商的范围）</w:t>
            </w:r>
          </w:p>
        </w:tc>
        <w:tc>
          <w:tcPr>
            <w:tcW w:type="dxa" w:w="4320"/>
          </w:tcPr>
          <w:p>
            <w:r/>
            <w:r>
              <w:rPr>
                <w:color w:val="8A93A5"/>
                <w:sz w:val="18"/>
              </w:rPr>
              <w:t>可填多个省市，或填「全国」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* 详细地址</w:t>
            </w:r>
          </w:p>
        </w:tc>
        <w:tc>
          <w:tcPr>
            <w:tcW w:type="dxa" w:w="4320"/>
          </w:tcPr>
          <w:p>
            <w:r/>
            <w:r>
              <w:rPr>
                <w:color w:val="8A93A5"/>
                <w:sz w:val="18"/>
              </w:rPr>
              <w:t>省 / 市 / 区 + 详细门牌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* 营业执照（附件）</w:t>
            </w:r>
          </w:p>
        </w:tc>
        <w:tc>
          <w:tcPr>
            <w:tcW w:type="dxa" w:w="4320"/>
          </w:tcPr>
          <w:p>
            <w:r/>
            <w:r>
              <w:rPr>
                <w:color w:val="8A93A5"/>
                <w:sz w:val="18"/>
              </w:rPr>
              <w:t>仅平台核验，不公开</w:t>
            </w:r>
          </w:p>
        </w:tc>
      </w:tr>
    </w:tbl>
    <w:p/>
    <w:p>
      <w:r>
        <w:rPr>
          <w:b/>
          <w:color w:val="111827"/>
          <w:sz w:val="24"/>
        </w:rPr>
        <w:t>三、联系人与登录账号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00"/>
        <w:gridCol w:w="6600"/>
      </w:tblGrid>
      <w:tr>
        <w:tc>
          <w:tcPr>
            <w:tcW w:type="dxa" w:w="4320"/>
          </w:tcPr>
          <w:p>
            <w:r>
              <w:rPr>
                <w:b/>
                <w:sz w:val="20"/>
              </w:rPr>
              <w:t>填写项</w:t>
            </w:r>
          </w:p>
        </w:tc>
        <w:tc>
          <w:tcPr>
            <w:tcW w:type="dxa" w:w="4320"/>
          </w:tcPr>
          <w:p>
            <w:r>
              <w:rPr>
                <w:b/>
                <w:sz w:val="20"/>
              </w:rPr>
              <w:t>填写内容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* 联系人</w:t>
            </w:r>
          </w:p>
        </w:tc>
        <w:tc>
          <w:tcPr>
            <w:tcW w:type="dxa" w:w="4320"/>
          </w:tcPr>
          <w:p>
            <w:r/>
            <w:r>
              <w:rPr>
                <w:color w:val="8A93A5"/>
                <w:sz w:val="18"/>
              </w:rPr>
              <w:t>例：王经理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职位</w:t>
            </w:r>
          </w:p>
        </w:tc>
        <w:tc>
          <w:tcPr>
            <w:tcW w:type="dxa" w:w="4320"/>
          </w:tcPr>
          <w:p>
            <w:r/>
            <w:r>
              <w:rPr>
                <w:color w:val="8A93A5"/>
                <w:sz w:val="18"/>
              </w:rPr>
              <w:t>选填，例：销售总监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* 手机号（即登录账号）</w:t>
            </w:r>
          </w:p>
        </w:tc>
        <w:tc>
          <w:tcPr>
            <w:tcW w:type="dxa" w:w="4320"/>
          </w:tcPr>
          <w:p>
            <w:r/>
            <w:r>
              <w:rPr>
                <w:color w:val="8A93A5"/>
                <w:sz w:val="18"/>
              </w:rPr>
              <w:t>11 位手机号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* 登录密码</w:t>
            </w:r>
          </w:p>
        </w:tc>
        <w:tc>
          <w:tcPr>
            <w:tcW w:type="dxa" w:w="4320"/>
          </w:tcPr>
          <w:p>
            <w:r/>
            <w:r>
              <w:rPr>
                <w:color w:val="8A93A5"/>
                <w:sz w:val="18"/>
              </w:rPr>
              <w:t>6-20 位，用于「密码登录」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* 微信二维码（附件）</w:t>
            </w:r>
          </w:p>
        </w:tc>
        <w:tc>
          <w:tcPr>
            <w:tcW w:type="dxa" w:w="4320"/>
          </w:tcPr>
          <w:p>
            <w:r/>
            <w:r>
              <w:rPr>
                <w:color w:val="8A93A5"/>
                <w:sz w:val="18"/>
              </w:rPr>
              <w:t>用于企业主页「联系方式」对外展示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邮箱</w:t>
            </w:r>
          </w:p>
        </w:tc>
        <w:tc>
          <w:tcPr>
            <w:tcW w:type="dxa" w:w="4320"/>
          </w:tcPr>
          <w:p>
            <w:r/>
            <w:r>
              <w:rPr>
                <w:color w:val="8A93A5"/>
                <w:sz w:val="18"/>
              </w:rPr>
              <w:t>选填，商务邮箱</w:t>
            </w:r>
          </w:p>
        </w:tc>
      </w:tr>
    </w:tbl>
    <w:p/>
    <w:p>
      <w:r>
        <w:rPr>
          <w:sz w:val="21"/>
        </w:rPr>
        <w:t>申请人签字：____________________      日期：______ 年 ____ 月 ____ 日</w:t>
      </w:r>
    </w:p>
    <w:p>
      <w:r>
        <w:rPr>
          <w:color w:val="8A93A5"/>
          <w:sz w:val="18"/>
        </w:rPr>
        <w:t>平台受理（此栏由科酷网填写）：受理人 __________   受理日期 __________   审核结论 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